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4824"/>
      </w:tblGrid>
      <w:tr w:rsidR="00E71D0D" w:rsidRPr="00DC5449" w14:paraId="285BF02E" w14:textId="77777777">
        <w:trPr>
          <w:cantSplit/>
          <w:jc w:val="center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E5552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</w:rPr>
              <w:t>Ergeht im Dienstweg an: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C23F3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jc w:val="right"/>
              <w:rPr>
                <w:rFonts w:asciiTheme="majorHAnsi" w:hAnsiTheme="majorHAnsi" w:cstheme="majorHAnsi"/>
              </w:rPr>
            </w:pPr>
            <w:r w:rsidRPr="00DC5449">
              <w:rPr>
                <w:rFonts w:asciiTheme="majorHAnsi" w:eastAsia="Arial" w:hAnsiTheme="majorHAnsi" w:cstheme="majorHAnsi"/>
                <w:noProof/>
                <w:sz w:val="2"/>
              </w:rPr>
              <w:drawing>
                <wp:inline distT="0" distB="0" distL="0" distR="0" wp14:anchorId="3BF57BE3" wp14:editId="539E8F67">
                  <wp:extent cx="2514600" cy="56701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crop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567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19D273" w14:textId="77777777" w:rsidR="00E71D0D" w:rsidRPr="00DC5449" w:rsidRDefault="00E71D0D" w:rsidP="00DC5449">
      <w:pPr>
        <w:widowControl w:val="0"/>
        <w:spacing w:line="60" w:lineRule="exact"/>
        <w:ind w:left="142"/>
        <w:rPr>
          <w:rFonts w:asciiTheme="majorHAnsi" w:hAnsiTheme="majorHAnsi" w:cstheme="majorHAnsi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E71D0D" w:rsidRPr="00DC5449" w14:paraId="7C5CD594" w14:textId="77777777">
        <w:trPr>
          <w:cantSplit/>
          <w:jc w:val="center"/>
        </w:trPr>
        <w:tc>
          <w:tcPr>
            <w:tcW w:w="10296" w:type="dxa"/>
            <w:tcBorders>
              <w:top w:val="single" w:sz="18" w:space="0" w:color="111111"/>
              <w:left w:val="single" w:sz="18" w:space="0" w:color="111111"/>
              <w:bottom w:val="single" w:sz="18" w:space="0" w:color="111111"/>
              <w:right w:val="single" w:sz="18" w:space="0" w:color="111111"/>
            </w:tcBorders>
            <w:shd w:val="clear" w:color="auto" w:fill="E7E7E7"/>
            <w:tcMar>
              <w:top w:w="80" w:type="dxa"/>
              <w:left w:w="75" w:type="dxa"/>
              <w:bottom w:w="70" w:type="dxa"/>
              <w:right w:w="75" w:type="dxa"/>
            </w:tcMar>
            <w:vAlign w:val="center"/>
          </w:tcPr>
          <w:p w14:paraId="7BAB7963" w14:textId="7F4FE2C0" w:rsidR="00E71D0D" w:rsidRPr="00DC5449" w:rsidRDefault="00052BB4" w:rsidP="00DC5449">
            <w:pPr>
              <w:pStyle w:val="Textkrper"/>
              <w:shd w:val="pct12" w:color="auto" w:fill="FFFFFF"/>
              <w:spacing w:after="0" w:line="240" w:lineRule="auto"/>
              <w:ind w:right="-1"/>
              <w:rPr>
                <w:rFonts w:asciiTheme="majorHAnsi" w:hAnsiTheme="majorHAnsi" w:cstheme="majorHAnsi"/>
                <w:sz w:val="28"/>
                <w:szCs w:val="28"/>
              </w:rPr>
            </w:pPr>
            <w:r w:rsidRPr="00DC5449">
              <w:rPr>
                <w:rFonts w:ascii="Calibri" w:eastAsia="Times New Roman" w:hAnsi="Calibri" w:cs="Calibri"/>
                <w:b/>
                <w:smallCaps/>
                <w:color w:val="808080"/>
                <w:sz w:val="32"/>
                <w:szCs w:val="32"/>
                <w:lang w:val="de-DE" w:eastAsia="de-DE"/>
              </w:rPr>
              <w:t>FREISTELLUNGEN: ANTRAG auf Genehmigung</w:t>
            </w:r>
          </w:p>
        </w:tc>
      </w:tr>
    </w:tbl>
    <w:p w14:paraId="107A9078" w14:textId="77777777" w:rsidR="00E71D0D" w:rsidRPr="00DC5449" w:rsidRDefault="00E71D0D" w:rsidP="00DC5449">
      <w:pPr>
        <w:widowControl w:val="0"/>
        <w:spacing w:line="100" w:lineRule="exact"/>
        <w:ind w:left="142"/>
        <w:rPr>
          <w:rFonts w:asciiTheme="majorHAnsi" w:hAnsiTheme="majorHAnsi" w:cstheme="majorHAnsi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8496"/>
      </w:tblGrid>
      <w:tr w:rsidR="00E71D0D" w:rsidRPr="00DC5449" w14:paraId="0EE87465" w14:textId="77777777">
        <w:trPr>
          <w:cantSplit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49050F41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>Zuname:</w:t>
            </w:r>
          </w:p>
        </w:tc>
        <w:tc>
          <w:tcPr>
            <w:tcW w:w="8496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62270B46" w14:textId="77777777" w:rsidR="00E71D0D" w:rsidRPr="00DC5449" w:rsidRDefault="00E71D0D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  <w:tr w:rsidR="00E71D0D" w:rsidRPr="00DC5449" w14:paraId="28D1C476" w14:textId="77777777">
        <w:trPr>
          <w:cantSplit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06C5F2C1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>Vorname:</w:t>
            </w:r>
          </w:p>
        </w:tc>
        <w:tc>
          <w:tcPr>
            <w:tcW w:w="8496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72FE8218" w14:textId="77777777" w:rsidR="00E71D0D" w:rsidRPr="00DC5449" w:rsidRDefault="00E71D0D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  <w:tr w:rsidR="00E71D0D" w:rsidRPr="00DC5449" w14:paraId="579716DB" w14:textId="77777777">
        <w:trPr>
          <w:cantSplit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126AB285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>Stammschule:</w:t>
            </w:r>
          </w:p>
        </w:tc>
        <w:tc>
          <w:tcPr>
            <w:tcW w:w="8496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224F4F04" w14:textId="77777777" w:rsidR="00E71D0D" w:rsidRPr="00DC5449" w:rsidRDefault="00E71D0D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5A54B78F" w14:textId="77777777" w:rsidR="00E71D0D" w:rsidRPr="00DC5449" w:rsidRDefault="00E71D0D" w:rsidP="00DC5449">
      <w:pPr>
        <w:widowControl w:val="0"/>
        <w:spacing w:line="100" w:lineRule="exact"/>
        <w:ind w:left="142"/>
        <w:rPr>
          <w:rFonts w:asciiTheme="majorHAnsi" w:hAnsiTheme="majorHAnsi" w:cstheme="majorHAnsi"/>
          <w:sz w:val="22"/>
        </w:rPr>
      </w:pPr>
    </w:p>
    <w:tbl>
      <w:tblPr>
        <w:tblW w:w="11332" w:type="dxa"/>
        <w:jc w:val="center"/>
        <w:tblLayout w:type="fixed"/>
        <w:tblLook w:val="04A0" w:firstRow="1" w:lastRow="0" w:firstColumn="1" w:lastColumn="0" w:noHBand="0" w:noVBand="1"/>
      </w:tblPr>
      <w:tblGrid>
        <w:gridCol w:w="2188"/>
        <w:gridCol w:w="1239"/>
        <w:gridCol w:w="3936"/>
        <w:gridCol w:w="3033"/>
        <w:gridCol w:w="936"/>
      </w:tblGrid>
      <w:tr w:rsidR="00733BD2" w:rsidRPr="00DC5449" w14:paraId="76A2F0CD" w14:textId="77777777" w:rsidTr="00F169D8">
        <w:trPr>
          <w:cantSplit/>
          <w:trHeight w:val="461"/>
          <w:jc w:val="center"/>
        </w:trPr>
        <w:tc>
          <w:tcPr>
            <w:tcW w:w="2188" w:type="dxa"/>
            <w:tcBorders>
              <w:top w:val="single" w:sz="6" w:space="0" w:color="BDBDBD"/>
              <w:left w:val="single" w:sz="6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12C748" w14:textId="77777777" w:rsidR="00733BD2" w:rsidRPr="00DC5449" w:rsidRDefault="00733BD2" w:rsidP="00DC5449">
            <w:pPr>
              <w:widowControl w:val="0"/>
              <w:spacing w:line="228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239" w:type="dxa"/>
            <w:tcBorders>
              <w:top w:val="single" w:sz="6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74094C" w14:textId="77777777" w:rsidR="00733BD2" w:rsidRPr="00DC5449" w:rsidRDefault="00733BD2" w:rsidP="00DC5449">
            <w:pPr>
              <w:widowControl w:val="0"/>
              <w:spacing w:line="228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936" w:type="dxa"/>
            <w:tcBorders>
              <w:top w:val="single" w:sz="6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957111" w14:textId="77777777" w:rsidR="00733BD2" w:rsidRPr="00DC5449" w:rsidRDefault="00733BD2" w:rsidP="00DC5449">
            <w:pPr>
              <w:widowControl w:val="0"/>
              <w:spacing w:line="228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033" w:type="dxa"/>
            <w:tcBorders>
              <w:top w:val="single" w:sz="6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1F6574" w14:textId="77777777" w:rsidR="00733BD2" w:rsidRPr="00DC5449" w:rsidRDefault="00733BD2" w:rsidP="00DC5449">
            <w:pPr>
              <w:widowControl w:val="0"/>
              <w:spacing w:line="228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E31B23"/>
                <w:sz w:val="22"/>
              </w:rPr>
              <w:t>Uhrzeit mit Doppel-</w:t>
            </w:r>
            <w:r w:rsidRPr="00DC5449">
              <w:rPr>
                <w:rFonts w:asciiTheme="majorHAnsi" w:eastAsia="Arial" w:hAnsiTheme="majorHAnsi" w:cstheme="majorHAnsi"/>
                <w:color w:val="E31B23"/>
                <w:sz w:val="22"/>
              </w:rPr>
              <w:br/>
              <w:t>punkt eingeben</w:t>
            </w:r>
          </w:p>
        </w:tc>
        <w:tc>
          <w:tcPr>
            <w:tcW w:w="936" w:type="dxa"/>
            <w:vMerge w:val="restart"/>
            <w:tcBorders>
              <w:top w:val="single" w:sz="6" w:space="0" w:color="BDBDBD"/>
              <w:left w:val="single" w:sz="5" w:space="0" w:color="BDBDBD"/>
              <w:right w:val="single" w:sz="6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83E989" w14:textId="58CF3D11" w:rsidR="00733BD2" w:rsidRPr="00DC5449" w:rsidRDefault="00733BD2" w:rsidP="00DC5449">
            <w:pPr>
              <w:widowControl w:val="0"/>
              <w:spacing w:line="228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  <w:tr w:rsidR="00733BD2" w:rsidRPr="00DC5449" w14:paraId="70C0ABAE" w14:textId="77777777" w:rsidTr="00F169D8">
        <w:trPr>
          <w:cantSplit/>
          <w:trHeight w:val="389"/>
          <w:jc w:val="center"/>
        </w:trPr>
        <w:tc>
          <w:tcPr>
            <w:tcW w:w="2188" w:type="dxa"/>
            <w:tcBorders>
              <w:top w:val="single" w:sz="5" w:space="0" w:color="BDBDBD"/>
              <w:left w:val="single" w:sz="6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FCE5FA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>Beginn der Freistellung</w:t>
            </w:r>
          </w:p>
        </w:tc>
        <w:tc>
          <w:tcPr>
            <w:tcW w:w="1239" w:type="dxa"/>
            <w:tcBorders>
              <w:top w:val="single" w:sz="5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0F8B3F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am</w:t>
            </w:r>
          </w:p>
        </w:tc>
        <w:tc>
          <w:tcPr>
            <w:tcW w:w="3936" w:type="dxa"/>
            <w:tcBorders>
              <w:top w:val="single" w:sz="5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5DF184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________________</w:t>
            </w:r>
          </w:p>
        </w:tc>
        <w:tc>
          <w:tcPr>
            <w:tcW w:w="3033" w:type="dxa"/>
            <w:tcBorders>
              <w:top w:val="single" w:sz="5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711B8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um ____:____ Uhr</w:t>
            </w:r>
          </w:p>
        </w:tc>
        <w:tc>
          <w:tcPr>
            <w:tcW w:w="936" w:type="dxa"/>
            <w:vMerge/>
            <w:tcBorders>
              <w:left w:val="single" w:sz="5" w:space="0" w:color="BDBDBD"/>
              <w:right w:val="single" w:sz="6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3FA599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  <w:tr w:rsidR="00733BD2" w:rsidRPr="00DC5449" w14:paraId="68D41067" w14:textId="77777777" w:rsidTr="00F169D8">
        <w:trPr>
          <w:cantSplit/>
          <w:trHeight w:val="389"/>
          <w:jc w:val="center"/>
        </w:trPr>
        <w:tc>
          <w:tcPr>
            <w:tcW w:w="2188" w:type="dxa"/>
            <w:tcBorders>
              <w:top w:val="single" w:sz="5" w:space="0" w:color="BDBDBD"/>
              <w:left w:val="single" w:sz="6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872EE5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>Ende der Freistellung</w:t>
            </w:r>
          </w:p>
        </w:tc>
        <w:tc>
          <w:tcPr>
            <w:tcW w:w="1239" w:type="dxa"/>
            <w:tcBorders>
              <w:top w:val="single" w:sz="5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1EC443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am</w:t>
            </w:r>
          </w:p>
        </w:tc>
        <w:tc>
          <w:tcPr>
            <w:tcW w:w="3936" w:type="dxa"/>
            <w:tcBorders>
              <w:top w:val="single" w:sz="5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5BF33C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________________</w:t>
            </w:r>
          </w:p>
        </w:tc>
        <w:tc>
          <w:tcPr>
            <w:tcW w:w="3033" w:type="dxa"/>
            <w:tcBorders>
              <w:top w:val="single" w:sz="5" w:space="0" w:color="BDBDBD"/>
              <w:left w:val="single" w:sz="5" w:space="0" w:color="BDBDBD"/>
              <w:bottom w:val="single" w:sz="5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8F4E24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um ____:____ Uhr</w:t>
            </w:r>
          </w:p>
        </w:tc>
        <w:tc>
          <w:tcPr>
            <w:tcW w:w="936" w:type="dxa"/>
            <w:vMerge/>
            <w:tcBorders>
              <w:left w:val="single" w:sz="5" w:space="0" w:color="BDBDBD"/>
              <w:bottom w:val="single" w:sz="5" w:space="0" w:color="BDBDBD"/>
              <w:right w:val="single" w:sz="6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B592F7" w14:textId="77777777" w:rsidR="00733BD2" w:rsidRPr="00DC5449" w:rsidRDefault="00733BD2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  <w:tr w:rsidR="00E71D0D" w:rsidRPr="00DC5449" w14:paraId="7A0196EA" w14:textId="77777777" w:rsidTr="00733BD2">
        <w:trPr>
          <w:cantSplit/>
          <w:trHeight w:val="403"/>
          <w:jc w:val="center"/>
        </w:trPr>
        <w:tc>
          <w:tcPr>
            <w:tcW w:w="11332" w:type="dxa"/>
            <w:gridSpan w:val="5"/>
            <w:tcBorders>
              <w:top w:val="single" w:sz="5" w:space="0" w:color="BDBDBD"/>
              <w:left w:val="single" w:sz="6" w:space="0" w:color="BDBDBD"/>
              <w:bottom w:val="single" w:sz="6" w:space="0" w:color="BDBDBD"/>
              <w:right w:val="single" w:sz="5" w:space="0" w:color="BDBDBD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86373B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 xml:space="preserve">Anlass / kurze Angabe: </w:t>
            </w:r>
            <w:r w:rsidRPr="00DC5449">
              <w:rPr>
                <w:rFonts w:asciiTheme="majorHAnsi" w:eastAsia="Arial" w:hAnsiTheme="majorHAnsi" w:cstheme="majorHAnsi"/>
                <w:color w:val="777777"/>
                <w:sz w:val="22"/>
              </w:rPr>
              <w:t>____________________________________________________________</w:t>
            </w:r>
          </w:p>
        </w:tc>
      </w:tr>
      <w:tr w:rsidR="0047319A" w:rsidRPr="00DC5449" w14:paraId="30F8C393" w14:textId="77777777" w:rsidTr="003F3F9E">
        <w:trPr>
          <w:cantSplit/>
          <w:trHeight w:val="461"/>
          <w:jc w:val="center"/>
        </w:trPr>
        <w:tc>
          <w:tcPr>
            <w:tcW w:w="11332" w:type="dxa"/>
            <w:gridSpan w:val="5"/>
            <w:tcBorders>
              <w:top w:val="single" w:sz="5" w:space="0" w:color="C9C9C9"/>
              <w:left w:val="single" w:sz="5" w:space="0" w:color="C9C9C9"/>
              <w:bottom w:val="single" w:sz="5" w:space="0" w:color="C9C9C9"/>
              <w:right w:val="single" w:sz="5" w:space="0" w:color="C9C9C9"/>
            </w:tcBorders>
            <w:shd w:val="clear" w:color="auto" w:fill="F5F5F5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08BDF0D" w14:textId="0EE9AE78" w:rsidR="0047319A" w:rsidRPr="00DC5449" w:rsidRDefault="0047319A" w:rsidP="00DC5449">
            <w:pPr>
              <w:widowControl w:val="0"/>
              <w:spacing w:line="240" w:lineRule="auto"/>
              <w:ind w:left="142"/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32"/>
                <w:szCs w:val="32"/>
              </w:rPr>
              <w:t>Freistellung</w:t>
            </w:r>
            <w:r w:rsidR="00DC5449">
              <w:rPr>
                <w:rFonts w:asciiTheme="majorHAnsi" w:eastAsia="Arial" w:hAnsiTheme="majorHAnsi" w:cstheme="majorHAnsi"/>
                <w:b/>
                <w:color w:val="000000"/>
                <w:sz w:val="32"/>
                <w:szCs w:val="32"/>
              </w:rPr>
              <w:t>en</w:t>
            </w:r>
          </w:p>
        </w:tc>
      </w:tr>
      <w:tr w:rsidR="00E71D0D" w:rsidRPr="00DC5449" w14:paraId="50180C5C" w14:textId="77777777" w:rsidTr="00F169D8">
        <w:trPr>
          <w:cantSplit/>
          <w:trHeight w:val="338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2FA8F8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bei eigener Eheschließung und Eintragung der Partnerschaft vor dem Amt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721838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3 Arbeitstage</w:t>
            </w:r>
          </w:p>
        </w:tc>
      </w:tr>
      <w:tr w:rsidR="00E71D0D" w:rsidRPr="00DC5449" w14:paraId="0BF37E8A" w14:textId="77777777" w:rsidTr="00F169D8">
        <w:trPr>
          <w:cantSplit/>
          <w:trHeight w:val="338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9F1477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bei Teilnahme an der Eheschließung der Kinder, Geschwister oder Eltern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E0FA6B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Tag des Ereignisses</w:t>
            </w:r>
          </w:p>
        </w:tc>
      </w:tr>
      <w:tr w:rsidR="00E71D0D" w:rsidRPr="00DC5449" w14:paraId="240B8CE1" w14:textId="77777777" w:rsidTr="00F169D8">
        <w:trPr>
          <w:cantSplit/>
          <w:trHeight w:val="374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4A394C" w14:textId="16AAF739" w:rsidR="00E71D0D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Ableben der EhegattInnen, des/der LebensgefährtIn im gemeinsamen Haushalt,</w:t>
            </w:r>
            <w:r w:rsidR="00733BD2"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der Kinder, der Eltern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84D5D2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3 Arbeitstage (inkl. Tag der Beerdigung)</w:t>
            </w:r>
          </w:p>
        </w:tc>
      </w:tr>
      <w:tr w:rsidR="00E71D0D" w:rsidRPr="00DC5449" w14:paraId="0ADE93C6" w14:textId="77777777" w:rsidTr="00F169D8">
        <w:trPr>
          <w:cantSplit/>
          <w:trHeight w:val="338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285CAE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Ableben der Geschwister, Schwiegereltern, Großeltern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78659A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1 Arbeitstag</w:t>
            </w:r>
          </w:p>
        </w:tc>
      </w:tr>
      <w:tr w:rsidR="00E71D0D" w:rsidRPr="00DC5449" w14:paraId="5F6C4FB8" w14:textId="77777777" w:rsidTr="00F169D8">
        <w:trPr>
          <w:cantSplit/>
          <w:trHeight w:val="338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D7C9B4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Niederkunft der Ehegattin (Lebensgefährtin im gemeinsamen Haushalt)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61CFC3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2 Arbeitstage</w:t>
            </w:r>
          </w:p>
        </w:tc>
      </w:tr>
      <w:tr w:rsidR="00E71D0D" w:rsidRPr="00DC5449" w14:paraId="1A16832C" w14:textId="77777777" w:rsidTr="00F169D8">
        <w:trPr>
          <w:cantSplit/>
          <w:trHeight w:val="374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3B248D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Wohnungswechsel bei Bestehen oder Begründung eines eigenen Haushaltes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F625D7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2 Arbeitstage</w:t>
            </w:r>
          </w:p>
        </w:tc>
      </w:tr>
      <w:tr w:rsidR="00E71D0D" w:rsidRPr="00DC5449" w14:paraId="3E45CAEF" w14:textId="77777777" w:rsidTr="00F169D8">
        <w:trPr>
          <w:cantSplit/>
          <w:trHeight w:val="338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B2EF32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Aufsuchen von Behörden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8F448E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erforderliche Zeit</w:t>
            </w:r>
          </w:p>
        </w:tc>
      </w:tr>
      <w:tr w:rsidR="00E71D0D" w:rsidRPr="00DC5449" w14:paraId="6C555A44" w14:textId="77777777" w:rsidTr="00F169D8">
        <w:trPr>
          <w:cantSplit/>
          <w:trHeight w:val="338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60A008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Betriebsversammlungen auf Einladung des Betriebsrates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E80003" w14:textId="77777777" w:rsidR="00E71D0D" w:rsidRPr="00DC5449" w:rsidRDefault="00052BB4" w:rsidP="00DC5449">
            <w:pPr>
              <w:widowControl w:val="0"/>
              <w:spacing w:line="235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4 Stunden/Kalenderjahr</w:t>
            </w:r>
          </w:p>
        </w:tc>
      </w:tr>
      <w:tr w:rsidR="00E71D0D" w:rsidRPr="00DC5449" w14:paraId="6174BA1A" w14:textId="77777777" w:rsidTr="00F169D8">
        <w:trPr>
          <w:cantSplit/>
          <w:trHeight w:val="338"/>
          <w:jc w:val="center"/>
        </w:trPr>
        <w:tc>
          <w:tcPr>
            <w:tcW w:w="7363" w:type="dxa"/>
            <w:gridSpan w:val="3"/>
            <w:tcBorders>
              <w:top w:val="single" w:sz="5" w:space="0" w:color="C2C2C2"/>
              <w:left w:val="single" w:sz="6" w:space="0" w:color="C2C2C2"/>
              <w:bottom w:val="single" w:sz="5" w:space="0" w:color="C2C2C2"/>
              <w:right w:val="single" w:sz="5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389D70" w14:textId="7FF57851" w:rsidR="00733BD2" w:rsidRPr="00DC5449" w:rsidRDefault="00052BB4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color w:val="000000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Freistellung unter Entfall der Bezüge</w:t>
            </w:r>
            <w:r w:rsidR="00733BD2"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</w:t>
            </w:r>
          </w:p>
          <w:p w14:paraId="7DFD88E2" w14:textId="6A05EA2C" w:rsidR="00733BD2" w:rsidRPr="00DC5449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color w:val="000000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Beistandsleistung gemäß § 8 Abs. 3 AngG </w:t>
            </w:r>
          </w:p>
          <w:p w14:paraId="0062DD55" w14:textId="37DB101D" w:rsidR="00733BD2" w:rsidRPr="00DC5449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color w:val="000000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Zeitausgleich </w:t>
            </w:r>
          </w:p>
          <w:p w14:paraId="2174C131" w14:textId="47ABD406" w:rsidR="00E71D0D" w:rsidRPr="00DC5449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color w:val="000000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Pflegefreistellung </w:t>
            </w:r>
          </w:p>
        </w:tc>
        <w:tc>
          <w:tcPr>
            <w:tcW w:w="3969" w:type="dxa"/>
            <w:gridSpan w:val="2"/>
            <w:tcBorders>
              <w:top w:val="single" w:sz="5" w:space="0" w:color="C2C2C2"/>
              <w:left w:val="single" w:sz="5" w:space="0" w:color="C2C2C2"/>
              <w:bottom w:val="single" w:sz="5" w:space="0" w:color="C2C2C2"/>
              <w:right w:val="single" w:sz="6" w:space="0" w:color="C2C2C2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354DDD" w14:textId="3EB8D91D" w:rsidR="00733BD2" w:rsidRPr="00DC5449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>Ausmaß der Freistellung:</w:t>
            </w:r>
          </w:p>
          <w:p w14:paraId="3C896187" w14:textId="460AE5C8" w:rsidR="00733BD2" w:rsidRPr="00DC5449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bCs/>
                <w:color w:val="000000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 </w:t>
            </w:r>
            <w:r w:rsidRPr="00DC5449">
              <w:rPr>
                <w:rFonts w:asciiTheme="majorHAnsi" w:eastAsia="Arial" w:hAnsiTheme="majorHAnsi" w:cstheme="majorHAnsi"/>
                <w:bCs/>
                <w:color w:val="000000"/>
                <w:sz w:val="22"/>
              </w:rPr>
              <w:t>ganztägig</w:t>
            </w:r>
          </w:p>
          <w:p w14:paraId="79F98F53" w14:textId="6F7110E1" w:rsidR="00733BD2" w:rsidRPr="00DC5449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bCs/>
                <w:color w:val="000000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bCs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bCs/>
                <w:color w:val="000000"/>
                <w:sz w:val="22"/>
              </w:rPr>
              <w:t xml:space="preserve">  </w:t>
            </w:r>
            <w:r w:rsidR="0047319A" w:rsidRPr="00DC5449">
              <w:rPr>
                <w:rFonts w:asciiTheme="majorHAnsi" w:eastAsia="Arial" w:hAnsiTheme="majorHAnsi" w:cstheme="majorHAnsi"/>
                <w:bCs/>
                <w:color w:val="000000"/>
                <w:sz w:val="22"/>
              </w:rPr>
              <w:t>s</w:t>
            </w:r>
            <w:r w:rsidRPr="00DC5449">
              <w:rPr>
                <w:rFonts w:asciiTheme="majorHAnsi" w:eastAsia="Arial" w:hAnsiTheme="majorHAnsi" w:cstheme="majorHAnsi"/>
                <w:bCs/>
                <w:color w:val="000000"/>
                <w:sz w:val="22"/>
              </w:rPr>
              <w:t xml:space="preserve">tundenweise (Stunden </w:t>
            </w:r>
            <w:r w:rsidR="00A56A4F">
              <w:rPr>
                <w:rFonts w:asciiTheme="majorHAnsi" w:eastAsia="Arial" w:hAnsiTheme="majorHAnsi" w:cstheme="majorHAnsi"/>
                <w:bCs/>
                <w:color w:val="000000"/>
                <w:sz w:val="22"/>
              </w:rPr>
              <w:t xml:space="preserve">u. </w:t>
            </w:r>
            <w:r w:rsidRPr="00DC5449">
              <w:rPr>
                <w:rFonts w:asciiTheme="majorHAnsi" w:eastAsia="Arial" w:hAnsiTheme="majorHAnsi" w:cstheme="majorHAnsi"/>
                <w:bCs/>
                <w:color w:val="000000"/>
                <w:sz w:val="22"/>
              </w:rPr>
              <w:t>anführen)</w:t>
            </w:r>
          </w:p>
          <w:p w14:paraId="1C75F35F" w14:textId="77777777" w:rsidR="00733BD2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</w:pPr>
          </w:p>
          <w:p w14:paraId="1EDDBAAA" w14:textId="77777777" w:rsidR="00F169D8" w:rsidRPr="00DC5449" w:rsidRDefault="00F169D8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</w:pPr>
          </w:p>
          <w:p w14:paraId="2F8941CA" w14:textId="00B2F99E" w:rsidR="00E71D0D" w:rsidRPr="00DC5449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>Begründung</w:t>
            </w:r>
            <w:r w:rsidR="00A56A4F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 xml:space="preserve"> der Freistellung</w:t>
            </w:r>
            <w:r w:rsidRPr="00DC5449"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  <w:t xml:space="preserve">: </w:t>
            </w:r>
          </w:p>
          <w:p w14:paraId="516D583B" w14:textId="77777777" w:rsidR="0047319A" w:rsidRDefault="0047319A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</w:pPr>
          </w:p>
          <w:p w14:paraId="4A3C6D88" w14:textId="77777777" w:rsidR="00F169D8" w:rsidRPr="00DC5449" w:rsidRDefault="00F169D8" w:rsidP="00DC5449">
            <w:pPr>
              <w:widowControl w:val="0"/>
              <w:spacing w:line="235" w:lineRule="auto"/>
              <w:ind w:left="142"/>
              <w:rPr>
                <w:rFonts w:asciiTheme="majorHAnsi" w:eastAsia="Arial" w:hAnsiTheme="majorHAnsi" w:cstheme="majorHAnsi"/>
                <w:b/>
                <w:color w:val="000000"/>
                <w:sz w:val="22"/>
              </w:rPr>
            </w:pPr>
          </w:p>
          <w:p w14:paraId="17242A3A" w14:textId="0846BAB9" w:rsidR="00733BD2" w:rsidRPr="00DC5449" w:rsidRDefault="00733BD2" w:rsidP="00DC5449">
            <w:pPr>
              <w:widowControl w:val="0"/>
              <w:spacing w:line="235" w:lineRule="auto"/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53123F1E" w14:textId="77777777" w:rsidR="00E71D0D" w:rsidRPr="00DC5449" w:rsidRDefault="00E71D0D" w:rsidP="00DC5449">
      <w:pPr>
        <w:widowControl w:val="0"/>
        <w:spacing w:line="100" w:lineRule="exact"/>
        <w:ind w:left="142"/>
        <w:rPr>
          <w:rFonts w:asciiTheme="majorHAnsi" w:hAnsiTheme="majorHAnsi" w:cstheme="majorHAnsi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5616"/>
      </w:tblGrid>
      <w:tr w:rsidR="00E71D0D" w:rsidRPr="00DC5449" w14:paraId="634E4AC6" w14:textId="77777777" w:rsidTr="00F169D8">
        <w:trPr>
          <w:cantSplit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8A135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Datum: ____________________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D276C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Unterschrift Arbeitnehmer:in:  __________________________</w:t>
            </w:r>
          </w:p>
        </w:tc>
      </w:tr>
      <w:tr w:rsidR="00E71D0D" w:rsidRPr="00DC5449" w14:paraId="4931CBAA" w14:textId="77777777" w:rsidTr="00F169D8">
        <w:trPr>
          <w:cantSplit/>
          <w:trHeight w:hRule="exact" w:val="29"/>
          <w:jc w:val="center"/>
        </w:trPr>
        <w:tc>
          <w:tcPr>
            <w:tcW w:w="10296" w:type="dxa"/>
            <w:gridSpan w:val="2"/>
            <w:tcBorders>
              <w:top w:val="single" w:sz="12" w:space="0" w:color="111111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78763" w14:textId="77777777" w:rsidR="00E71D0D" w:rsidRPr="00DC5449" w:rsidRDefault="00E71D0D" w:rsidP="00DC5449">
            <w:pPr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165F056A" w14:textId="77777777" w:rsidR="00E71D0D" w:rsidRPr="00DC5449" w:rsidRDefault="00052BB4" w:rsidP="00DC5449">
      <w:pPr>
        <w:widowControl w:val="0"/>
        <w:spacing w:line="240" w:lineRule="auto"/>
        <w:ind w:left="142"/>
        <w:rPr>
          <w:rFonts w:asciiTheme="majorHAnsi" w:hAnsiTheme="majorHAnsi" w:cstheme="majorHAnsi"/>
          <w:sz w:val="22"/>
        </w:rPr>
      </w:pPr>
      <w:r w:rsidRPr="00DC5449">
        <w:rPr>
          <w:rFonts w:asciiTheme="majorHAnsi" w:eastAsia="Arial" w:hAnsiTheme="majorHAnsi" w:cstheme="majorHAnsi"/>
          <w:b/>
          <w:color w:val="000000"/>
          <w:sz w:val="22"/>
        </w:rPr>
        <w:t>Bestätigung Vorgesetzte:</w:t>
      </w:r>
    </w:p>
    <w:p w14:paraId="565F6004" w14:textId="77777777" w:rsidR="00E71D0D" w:rsidRPr="00DC5449" w:rsidRDefault="00052BB4" w:rsidP="00DC5449">
      <w:pPr>
        <w:widowControl w:val="0"/>
        <w:spacing w:line="240" w:lineRule="auto"/>
        <w:ind w:left="142"/>
        <w:rPr>
          <w:rFonts w:asciiTheme="majorHAnsi" w:hAnsiTheme="majorHAnsi" w:cstheme="majorHAnsi"/>
          <w:sz w:val="22"/>
        </w:rPr>
      </w:pPr>
      <w:r w:rsidRPr="00DC5449">
        <w:rPr>
          <w:rFonts w:asciiTheme="majorHAnsi" w:eastAsia="Arial" w:hAnsiTheme="majorHAnsi" w:cstheme="majorHAnsi"/>
          <w:color w:val="000000"/>
          <w:sz w:val="22"/>
        </w:rPr>
        <w:t>(Begründung der Notwendigkeit der Teilnahme)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E71D0D" w:rsidRPr="00DC5449" w14:paraId="4833FCE7" w14:textId="77777777">
        <w:trPr>
          <w:cantSplit/>
          <w:jc w:val="center"/>
        </w:trPr>
        <w:tc>
          <w:tcPr>
            <w:tcW w:w="10296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F34F40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E31B23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E31B23"/>
                <w:sz w:val="22"/>
              </w:rPr>
              <w:t xml:space="preserve">   Der Antrag wird befürwortet.</w:t>
            </w:r>
          </w:p>
        </w:tc>
      </w:tr>
      <w:tr w:rsidR="00E71D0D" w:rsidRPr="00DC5449" w14:paraId="1BB8891E" w14:textId="77777777">
        <w:trPr>
          <w:cantSplit/>
          <w:jc w:val="center"/>
        </w:trPr>
        <w:tc>
          <w:tcPr>
            <w:tcW w:w="10296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79FBAB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="Segoe UI Symbol" w:eastAsia="Arial" w:hAnsi="Segoe UI Symbol" w:cs="Segoe UI Symbol"/>
                <w:color w:val="E31B23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E31B23"/>
                <w:sz w:val="22"/>
              </w:rPr>
              <w:t xml:space="preserve">   Der Antrag wird nicht befürwortet.</w:t>
            </w:r>
          </w:p>
        </w:tc>
      </w:tr>
      <w:tr w:rsidR="00E71D0D" w:rsidRPr="00DC5449" w14:paraId="3933087E" w14:textId="77777777">
        <w:trPr>
          <w:cantSplit/>
          <w:jc w:val="center"/>
        </w:trPr>
        <w:tc>
          <w:tcPr>
            <w:tcW w:w="10296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15" w:type="dxa"/>
              <w:bottom w:w="8" w:type="dxa"/>
              <w:right w:w="15" w:type="dxa"/>
            </w:tcMar>
            <w:vAlign w:val="center"/>
          </w:tcPr>
          <w:p w14:paraId="11710E01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Bemerkungen: __________________________________________________________________________</w:t>
            </w:r>
          </w:p>
        </w:tc>
      </w:tr>
      <w:tr w:rsidR="00E71D0D" w:rsidRPr="00DC5449" w14:paraId="36CBADB6" w14:textId="77777777">
        <w:trPr>
          <w:cantSplit/>
          <w:jc w:val="center"/>
        </w:trPr>
        <w:tc>
          <w:tcPr>
            <w:tcW w:w="10296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15" w:type="dxa"/>
              <w:bottom w:w="8" w:type="dxa"/>
              <w:right w:w="15" w:type="dxa"/>
            </w:tcMar>
            <w:vAlign w:val="center"/>
          </w:tcPr>
          <w:p w14:paraId="75D9923A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Datum: ____________________                                              Unterschrift: __________________________</w:t>
            </w:r>
          </w:p>
        </w:tc>
      </w:tr>
      <w:tr w:rsidR="00E71D0D" w:rsidRPr="00DC5449" w14:paraId="6484265D" w14:textId="77777777">
        <w:trPr>
          <w:cantSplit/>
          <w:trHeight w:hRule="exact" w:val="29"/>
          <w:jc w:val="center"/>
        </w:trPr>
        <w:tc>
          <w:tcPr>
            <w:tcW w:w="10296" w:type="dxa"/>
            <w:tcBorders>
              <w:top w:val="single" w:sz="12" w:space="0" w:color="111111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3F5A9" w14:textId="77777777" w:rsidR="00E71D0D" w:rsidRPr="00DC5449" w:rsidRDefault="00E71D0D" w:rsidP="00DC5449">
            <w:pPr>
              <w:ind w:left="142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3CC0B30C" w14:textId="77777777" w:rsidR="00E71D0D" w:rsidRPr="00DC5449" w:rsidRDefault="00052BB4" w:rsidP="00DC5449">
      <w:pPr>
        <w:widowControl w:val="0"/>
        <w:spacing w:line="240" w:lineRule="auto"/>
        <w:ind w:left="142"/>
        <w:rPr>
          <w:rFonts w:asciiTheme="majorHAnsi" w:hAnsiTheme="majorHAnsi" w:cstheme="majorHAnsi"/>
          <w:sz w:val="22"/>
        </w:rPr>
      </w:pPr>
      <w:r w:rsidRPr="00DC5449">
        <w:rPr>
          <w:rFonts w:asciiTheme="majorHAnsi" w:eastAsia="Arial" w:hAnsiTheme="majorHAnsi" w:cstheme="majorHAnsi"/>
          <w:b/>
          <w:color w:val="000000"/>
          <w:sz w:val="22"/>
        </w:rPr>
        <w:t>SAF GmbH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84"/>
      </w:tblGrid>
      <w:tr w:rsidR="00E71D0D" w:rsidRPr="00DC5449" w14:paraId="2C5FDBF0" w14:textId="77777777">
        <w:trPr>
          <w:cantSplit/>
          <w:jc w:val="center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15" w:type="dxa"/>
              <w:bottom w:w="5" w:type="dxa"/>
              <w:right w:w="15" w:type="dxa"/>
            </w:tcMar>
            <w:vAlign w:val="center"/>
          </w:tcPr>
          <w:p w14:paraId="47A1B777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>Sachliche Prüfung: __________________________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15" w:type="dxa"/>
              <w:bottom w:w="5" w:type="dxa"/>
              <w:right w:w="15" w:type="dxa"/>
            </w:tcMar>
            <w:vAlign w:val="center"/>
          </w:tcPr>
          <w:p w14:paraId="22081D7C" w14:textId="77777777" w:rsidR="00E71D0D" w:rsidRPr="00DC5449" w:rsidRDefault="00052BB4" w:rsidP="00DC5449">
            <w:pPr>
              <w:widowControl w:val="0"/>
              <w:spacing w:line="240" w:lineRule="auto"/>
              <w:ind w:left="142"/>
              <w:jc w:val="right"/>
              <w:rPr>
                <w:rFonts w:asciiTheme="majorHAnsi" w:hAnsiTheme="majorHAnsi" w:cstheme="majorHAnsi"/>
                <w:sz w:val="22"/>
              </w:rPr>
            </w:pP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Eingabe:  </w:t>
            </w: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Loga:     </w:t>
            </w:r>
            <w:r w:rsidRPr="00DC5449">
              <w:rPr>
                <w:rFonts w:ascii="Segoe UI Symbol" w:eastAsia="Arial" w:hAnsi="Segoe UI Symbol" w:cs="Segoe UI Symbol"/>
                <w:color w:val="000000"/>
                <w:sz w:val="22"/>
              </w:rPr>
              <w:t>☐</w:t>
            </w:r>
            <w:r w:rsidRPr="00DC5449">
              <w:rPr>
                <w:rFonts w:asciiTheme="majorHAnsi" w:eastAsia="Arial" w:hAnsiTheme="majorHAnsi" w:cstheme="majorHAnsi"/>
                <w:color w:val="000000"/>
                <w:sz w:val="22"/>
              </w:rPr>
              <w:t xml:space="preserve"> Finkzeit:</w:t>
            </w:r>
          </w:p>
        </w:tc>
      </w:tr>
    </w:tbl>
    <w:p w14:paraId="7485615F" w14:textId="77777777" w:rsidR="00052BB4" w:rsidRPr="00DC5449" w:rsidRDefault="00052BB4" w:rsidP="00DC5449">
      <w:pPr>
        <w:rPr>
          <w:rFonts w:asciiTheme="majorHAnsi" w:hAnsiTheme="majorHAnsi" w:cstheme="majorHAnsi"/>
          <w:sz w:val="2"/>
          <w:szCs w:val="2"/>
        </w:rPr>
      </w:pPr>
    </w:p>
    <w:sectPr w:rsidR="00052BB4" w:rsidRPr="00DC5449" w:rsidSect="00034616">
      <w:footerReference w:type="default" r:id="rId9"/>
      <w:pgSz w:w="12240" w:h="15840"/>
      <w:pgMar w:top="432" w:right="792" w:bottom="432" w:left="792" w:header="173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6E529" w14:textId="77777777" w:rsidR="007B0881" w:rsidRDefault="007B0881">
      <w:pPr>
        <w:spacing w:line="240" w:lineRule="auto"/>
      </w:pPr>
      <w:r>
        <w:separator/>
      </w:r>
    </w:p>
  </w:endnote>
  <w:endnote w:type="continuationSeparator" w:id="0">
    <w:p w14:paraId="04C0DA37" w14:textId="77777777" w:rsidR="007B0881" w:rsidRDefault="007B08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5635" w14:textId="77777777" w:rsidR="00E71D0D" w:rsidRDefault="00052BB4">
    <w:pPr>
      <w:pStyle w:val="Fuzeile"/>
      <w:widowControl w:val="0"/>
      <w:spacing w:line="228" w:lineRule="auto"/>
      <w:jc w:val="right"/>
    </w:pPr>
    <w:r>
      <w:rPr>
        <w:rFonts w:eastAsia="Arial"/>
        <w:color w:val="666666"/>
        <w:sz w:val="13"/>
      </w:rPr>
      <w:t>SAF GmbH Vorarlberg | Bahnhofstraße 12 | 6900 Bregenz</w:t>
    </w:r>
    <w:r>
      <w:rPr>
        <w:rFonts w:eastAsia="Arial"/>
        <w:color w:val="666666"/>
        <w:sz w:val="13"/>
      </w:rPr>
      <w:br/>
      <w:t>05574 4960 495 | office@saf-vorarlberg.at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12FF" w14:textId="77777777" w:rsidR="007B0881" w:rsidRDefault="007B0881">
      <w:pPr>
        <w:spacing w:line="240" w:lineRule="auto"/>
      </w:pPr>
      <w:r>
        <w:separator/>
      </w:r>
    </w:p>
  </w:footnote>
  <w:footnote w:type="continuationSeparator" w:id="0">
    <w:p w14:paraId="3C1E6B76" w14:textId="77777777" w:rsidR="007B0881" w:rsidRDefault="007B08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3405961">
    <w:abstractNumId w:val="8"/>
  </w:num>
  <w:num w:numId="2" w16cid:durableId="1177234750">
    <w:abstractNumId w:val="6"/>
  </w:num>
  <w:num w:numId="3" w16cid:durableId="1290359468">
    <w:abstractNumId w:val="5"/>
  </w:num>
  <w:num w:numId="4" w16cid:durableId="1640764625">
    <w:abstractNumId w:val="4"/>
  </w:num>
  <w:num w:numId="5" w16cid:durableId="1461455559">
    <w:abstractNumId w:val="7"/>
  </w:num>
  <w:num w:numId="6" w16cid:durableId="1490904251">
    <w:abstractNumId w:val="3"/>
  </w:num>
  <w:num w:numId="7" w16cid:durableId="1575312313">
    <w:abstractNumId w:val="2"/>
  </w:num>
  <w:num w:numId="8" w16cid:durableId="2015256816">
    <w:abstractNumId w:val="1"/>
  </w:num>
  <w:num w:numId="9" w16cid:durableId="29557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BB4"/>
    <w:rsid w:val="0006063C"/>
    <w:rsid w:val="0015074B"/>
    <w:rsid w:val="0029639D"/>
    <w:rsid w:val="00326F90"/>
    <w:rsid w:val="0047319A"/>
    <w:rsid w:val="00733BD2"/>
    <w:rsid w:val="007B0881"/>
    <w:rsid w:val="008E56E8"/>
    <w:rsid w:val="00A56A4F"/>
    <w:rsid w:val="00AA1D8D"/>
    <w:rsid w:val="00B47730"/>
    <w:rsid w:val="00C66361"/>
    <w:rsid w:val="00CB0664"/>
    <w:rsid w:val="00D204AA"/>
    <w:rsid w:val="00DC5449"/>
    <w:rsid w:val="00E71D0D"/>
    <w:rsid w:val="00F169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7CBA4E"/>
  <w14:defaultImageDpi w14:val="300"/>
  <w15:docId w15:val="{D8D9DAC8-0D90-43D6-9E02-16CB9BDE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Vonderleu Patricia</cp:lastModifiedBy>
  <cp:revision>4</cp:revision>
  <cp:lastPrinted>2026-09-15T09:16:00Z</cp:lastPrinted>
  <dcterms:created xsi:type="dcterms:W3CDTF">2026-09-15T09:14:00Z</dcterms:created>
  <dcterms:modified xsi:type="dcterms:W3CDTF">2026-09-15T09:18:00Z</dcterms:modified>
  <cp:category/>
</cp:coreProperties>
</file>